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C7A8" w14:textId="77777777" w:rsidR="00A239F0" w:rsidRDefault="00000000">
      <w:pPr>
        <w:pStyle w:val="Instruction"/>
        <w:jc w:val="center"/>
      </w:pPr>
      <w:r>
        <w:t>Antes da submissão, elimine todas as instruções apresentadas a azul e mantenha a formatação definida neste documento.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A239F0" w14:paraId="0CF01315" w14:textId="77777777">
        <w:trPr>
          <w:jc w:val="center"/>
        </w:trPr>
        <w:tc>
          <w:tcPr>
            <w:tcW w:w="9071" w:type="dxa"/>
            <w:tcBorders>
              <w:top w:val="single" w:sz="8" w:space="0" w:color="2DAEC9"/>
              <w:left w:val="single" w:sz="8" w:space="0" w:color="2DAEC9"/>
              <w:bottom w:val="single" w:sz="8" w:space="0" w:color="2DAEC9"/>
              <w:right w:val="single" w:sz="8" w:space="0" w:color="2DAEC9"/>
            </w:tcBorders>
            <w:shd w:val="clear" w:color="auto" w:fill="EAF5F8"/>
            <w:vAlign w:val="center"/>
          </w:tcPr>
          <w:p w14:paraId="6FC64FEB" w14:textId="77777777" w:rsidR="00A239F0" w:rsidRDefault="00000000">
            <w:pPr>
              <w:spacing w:after="80" w:line="240" w:lineRule="auto"/>
              <w:ind w:firstLine="0"/>
            </w:pPr>
            <w:r>
              <w:rPr>
                <w:b/>
                <w:color w:val="00708F"/>
              </w:rPr>
              <w:t>REGRAS ESSENCIAIS DE SUBMISSÃO</w:t>
            </w:r>
          </w:p>
          <w:p w14:paraId="25F4ED0C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O resumo pode ser redigido em português ou inglês.</w:t>
            </w:r>
          </w:p>
          <w:p w14:paraId="4036B6CF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O corpo do resumo está limitado a 500 palavras, não incluindo as referências bibliográficas.</w:t>
            </w:r>
          </w:p>
          <w:p w14:paraId="0E0FE7B0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A ordem obrigatória é: título, introdução, objetivo(s), método, resultados, conclusão, descritores e referências bibliográficas.</w:t>
            </w:r>
          </w:p>
          <w:p w14:paraId="1337FF2A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Página A4, orientação vertical; margens superior e esquerda de 3 cm e inferior e direita de 2 cm.</w:t>
            </w:r>
          </w:p>
          <w:p w14:paraId="6644B8E2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Times New Roman, tamanho 12. Texto justificado, espaçamento 1,5, sem espaço antes ou depois dos parágrafos e avanço de 1,25 cm na primeira linha.</w:t>
            </w:r>
          </w:p>
          <w:p w14:paraId="7575B301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Os títulos devem ter espaçamento simples, com 12 pt antes e depois. O negrito deve ser usado apenas para ênfase; palavras estrangeiras devem ser apresentadas em itálico.</w:t>
            </w:r>
          </w:p>
          <w:p w14:paraId="3F6125B3" w14:textId="77777777" w:rsidR="00A239F0" w:rsidRDefault="00000000">
            <w:pPr>
              <w:spacing w:after="40" w:line="240" w:lineRule="auto"/>
              <w:ind w:left="283" w:hanging="283"/>
              <w:jc w:val="left"/>
            </w:pPr>
            <w:r>
              <w:rPr>
                <w:b/>
              </w:rPr>
              <w:t xml:space="preserve">• </w:t>
            </w:r>
            <w:r>
              <w:t>As referências bibliográficas devem cumprir as normas APA (7.ª edição).</w:t>
            </w:r>
          </w:p>
        </w:tc>
      </w:tr>
    </w:tbl>
    <w:p w14:paraId="7118B1F1" w14:textId="77777777" w:rsidR="00A239F0" w:rsidRDefault="00000000">
      <w:pPr>
        <w:pStyle w:val="Ttulo1"/>
        <w:jc w:val="center"/>
      </w:pPr>
      <w:r>
        <w:t>TÍTULO DO TRABALHO</w:t>
      </w:r>
    </w:p>
    <w:p w14:paraId="5B6F55EC" w14:textId="77777777" w:rsidR="00A239F0" w:rsidRDefault="00000000">
      <w:pPr>
        <w:pStyle w:val="Instruction"/>
        <w:jc w:val="center"/>
      </w:pPr>
      <w:r>
        <w:t>[Escreva aqui o título, de forma clara e concisa.]</w:t>
      </w:r>
    </w:p>
    <w:p w14:paraId="594023D0" w14:textId="77777777" w:rsidR="00A239F0" w:rsidRDefault="00000000">
      <w:pPr>
        <w:ind w:firstLine="0"/>
        <w:jc w:val="center"/>
      </w:pPr>
      <w:r>
        <w:rPr>
          <w:i/>
          <w:color w:val="787878"/>
        </w:rPr>
        <w:t>Título do resumo</w:t>
      </w:r>
    </w:p>
    <w:p w14:paraId="0CAABDAE" w14:textId="77777777" w:rsidR="00A239F0" w:rsidRDefault="00000000">
      <w:pPr>
        <w:pStyle w:val="Ttulo1"/>
      </w:pPr>
      <w:r>
        <w:t>AUTORES E AFILIAÇÕES</w:t>
      </w:r>
    </w:p>
    <w:p w14:paraId="0D3B6AE5" w14:textId="77777777" w:rsidR="00A239F0" w:rsidRDefault="00000000">
      <w:pPr>
        <w:pStyle w:val="Instruction"/>
      </w:pPr>
      <w:r>
        <w:t>[Indique nome e apelido de todos os autores. Identifique o autor correspondente com * e associe cada autor à respetiva afiliação por numeração sobrescrita.]</w:t>
      </w:r>
    </w:p>
    <w:p w14:paraId="3B808CE3" w14:textId="77777777" w:rsidR="00A239F0" w:rsidRDefault="00000000">
      <w:pPr>
        <w:ind w:firstLine="0"/>
        <w:jc w:val="center"/>
      </w:pPr>
      <w:r>
        <w:t>Nome Apelido¹, Nome Apelido², Nome Apelido¹*</w:t>
      </w:r>
    </w:p>
    <w:p w14:paraId="4DA9B50F" w14:textId="77777777" w:rsidR="00A239F0" w:rsidRDefault="00000000">
      <w:pPr>
        <w:spacing w:line="240" w:lineRule="auto"/>
        <w:ind w:firstLine="0"/>
        <w:jc w:val="left"/>
      </w:pPr>
      <w:r>
        <w:t>¹ Instituição/Unidade, Cidade, País; e-mail; ORCID</w:t>
      </w:r>
    </w:p>
    <w:p w14:paraId="0293DD11" w14:textId="77777777" w:rsidR="00A239F0" w:rsidRDefault="00000000">
      <w:pPr>
        <w:spacing w:line="240" w:lineRule="auto"/>
        <w:ind w:firstLine="0"/>
        <w:jc w:val="left"/>
      </w:pPr>
      <w:r>
        <w:t>² Instituição/Unidade, Cidade, País; e-mail; ORCID</w:t>
      </w:r>
    </w:p>
    <w:p w14:paraId="7D9475C4" w14:textId="77777777" w:rsidR="00A239F0" w:rsidRDefault="00000000">
      <w:pPr>
        <w:spacing w:line="240" w:lineRule="auto"/>
        <w:ind w:firstLine="0"/>
        <w:jc w:val="left"/>
      </w:pPr>
      <w:r>
        <w:t>* Autor correspondente: e-mail</w:t>
      </w:r>
    </w:p>
    <w:p w14:paraId="4376E0EF" w14:textId="77777777" w:rsidR="00A239F0" w:rsidRDefault="00000000">
      <w:pPr>
        <w:pStyle w:val="Ttulo1"/>
      </w:pPr>
      <w:r>
        <w:t>INTRODUÇÃO / BACKGROUND</w:t>
      </w:r>
    </w:p>
    <w:p w14:paraId="429FFDA0" w14:textId="77777777" w:rsidR="00A239F0" w:rsidRDefault="00000000">
      <w:pPr>
        <w:pStyle w:val="Instruction"/>
      </w:pPr>
      <w:r>
        <w:t>[Contextualize o problema, a relevância científica ou profissional e o enquadramento do trabalho.]</w:t>
      </w:r>
    </w:p>
    <w:p w14:paraId="0ED1C3F0" w14:textId="77777777" w:rsidR="00A239F0" w:rsidRDefault="00000000">
      <w:r>
        <w:rPr>
          <w:color w:val="969696"/>
        </w:rPr>
        <w:t>[Escreva aqui]</w:t>
      </w:r>
    </w:p>
    <w:p w14:paraId="20567561" w14:textId="77777777" w:rsidR="00A239F0" w:rsidRDefault="00000000">
      <w:pPr>
        <w:pStyle w:val="Ttulo1"/>
      </w:pPr>
      <w:r>
        <w:t>OBJETIVO(S) / OBJECTIVE(S)</w:t>
      </w:r>
    </w:p>
    <w:p w14:paraId="2FE1BDA4" w14:textId="77777777" w:rsidR="00A239F0" w:rsidRDefault="00000000">
      <w:pPr>
        <w:pStyle w:val="Instruction"/>
      </w:pPr>
      <w:r>
        <w:t>[Formule o objetivo geral e, quando aplicável, os objetivos específicos.]</w:t>
      </w:r>
    </w:p>
    <w:p w14:paraId="02350749" w14:textId="77777777" w:rsidR="00A239F0" w:rsidRDefault="00000000">
      <w:r>
        <w:rPr>
          <w:color w:val="969696"/>
        </w:rPr>
        <w:t>[Escreva aqui]</w:t>
      </w:r>
    </w:p>
    <w:p w14:paraId="476532AB" w14:textId="77777777" w:rsidR="00A239F0" w:rsidRDefault="00000000">
      <w:pPr>
        <w:pStyle w:val="Ttulo1"/>
      </w:pPr>
      <w:r>
        <w:lastRenderedPageBreak/>
        <w:t>MÉTODO / METHOD</w:t>
      </w:r>
    </w:p>
    <w:p w14:paraId="105597FA" w14:textId="77777777" w:rsidR="00A239F0" w:rsidRDefault="00000000">
      <w:pPr>
        <w:pStyle w:val="Instruction"/>
      </w:pPr>
      <w:r>
        <w:t>[Descreva o desenho do estudo, participantes/amostra, procedimentos, instrumentos, análise de dados e aspetos éticos relevantes.]</w:t>
      </w:r>
    </w:p>
    <w:p w14:paraId="3EB411BC" w14:textId="77777777" w:rsidR="00A239F0" w:rsidRDefault="00000000">
      <w:r>
        <w:rPr>
          <w:color w:val="969696"/>
        </w:rPr>
        <w:t>[Escreva aqui]</w:t>
      </w:r>
    </w:p>
    <w:p w14:paraId="1D1930D1" w14:textId="77777777" w:rsidR="00A239F0" w:rsidRDefault="00000000">
      <w:pPr>
        <w:pStyle w:val="Ttulo1"/>
      </w:pPr>
      <w:r>
        <w:t>RESULTADOS / RESULTS</w:t>
      </w:r>
    </w:p>
    <w:p w14:paraId="6A727B65" w14:textId="77777777" w:rsidR="00A239F0" w:rsidRDefault="00000000">
      <w:pPr>
        <w:pStyle w:val="Instruction"/>
      </w:pPr>
      <w:r>
        <w:t>[Apresente os resultados principais de forma objetiva, incluindo dados quantitativos ou qualitativos essenciais. Não inclua resultados esperados em estudos concluídos.]</w:t>
      </w:r>
    </w:p>
    <w:p w14:paraId="44F4B7BE" w14:textId="77777777" w:rsidR="00A239F0" w:rsidRDefault="00000000">
      <w:r>
        <w:rPr>
          <w:color w:val="969696"/>
        </w:rPr>
        <w:t>[Escreva aqui]</w:t>
      </w:r>
    </w:p>
    <w:p w14:paraId="7B39DCFF" w14:textId="77777777" w:rsidR="00A239F0" w:rsidRDefault="00000000">
      <w:pPr>
        <w:pStyle w:val="Ttulo1"/>
      </w:pPr>
      <w:r>
        <w:t>CONCLUSÃO / CONCLUSION</w:t>
      </w:r>
    </w:p>
    <w:p w14:paraId="75E00ED5" w14:textId="77777777" w:rsidR="00A239F0" w:rsidRDefault="00000000">
      <w:pPr>
        <w:pStyle w:val="Instruction"/>
      </w:pPr>
      <w:r>
        <w:t>[Sintetize a resposta aos objetivos, as implicações dos resultados e, quando pertinente, as limitações principais.]</w:t>
      </w:r>
    </w:p>
    <w:p w14:paraId="2FA5E64F" w14:textId="77777777" w:rsidR="00A239F0" w:rsidRDefault="00000000">
      <w:r>
        <w:rPr>
          <w:color w:val="969696"/>
        </w:rPr>
        <w:t>[Escreva aqui]</w:t>
      </w:r>
    </w:p>
    <w:p w14:paraId="0A8131F4" w14:textId="77777777" w:rsidR="00A239F0" w:rsidRDefault="00000000">
      <w:pPr>
        <w:pStyle w:val="Ttulo1"/>
      </w:pPr>
      <w:r>
        <w:t>DESCRITORES / KEYWORDS</w:t>
      </w:r>
    </w:p>
    <w:p w14:paraId="19661B89" w14:textId="77777777" w:rsidR="00A239F0" w:rsidRDefault="00000000">
      <w:pPr>
        <w:pStyle w:val="Instruction"/>
      </w:pPr>
      <w:r>
        <w:t>[Indique entre três e cinco descritores, preferencialmente normalizados em vocabulários controlados adequados à área científica, separados por ponto e vírgula.]</w:t>
      </w:r>
    </w:p>
    <w:p w14:paraId="7D3B0B97" w14:textId="77777777" w:rsidR="00A239F0" w:rsidRDefault="00000000">
      <w:pPr>
        <w:ind w:firstLine="0"/>
      </w:pPr>
      <w:r>
        <w:t>Descritor 1; Descritor 2; Descritor 3</w:t>
      </w:r>
    </w:p>
    <w:p w14:paraId="5D38A23B" w14:textId="77777777" w:rsidR="00A239F0" w:rsidRDefault="00000000">
      <w:pPr>
        <w:pStyle w:val="Ttulo1"/>
      </w:pPr>
      <w:r>
        <w:t>REFERÊNCIAS BIBLIOGRÁFICAS / REFERENCES</w:t>
      </w:r>
    </w:p>
    <w:p w14:paraId="60B48D5E" w14:textId="77777777" w:rsidR="00A239F0" w:rsidRDefault="00000000">
      <w:pPr>
        <w:pStyle w:val="Instruction"/>
      </w:pPr>
      <w:r>
        <w:t>[Liste apenas as referências citadas no resumo, segundo as normas APA, 7.ª edição. As referências não são contabilizadas no limite de 500 palavras.]</w:t>
      </w:r>
    </w:p>
    <w:p w14:paraId="09A04A7C" w14:textId="77777777" w:rsidR="00A239F0" w:rsidRDefault="00000000">
      <w:pPr>
        <w:ind w:left="709" w:hanging="709"/>
      </w:pPr>
      <w:r>
        <w:t xml:space="preserve">Autor, A. A., &amp; Autor, B. B. (Ano). Título do artigo. </w:t>
      </w:r>
      <w:r>
        <w:rPr>
          <w:i/>
        </w:rPr>
        <w:t>Título da Revista, volume</w:t>
      </w:r>
      <w:r>
        <w:t>(número), páginas. https://doi.org/xxxxx</w:t>
      </w:r>
    </w:p>
    <w:p w14:paraId="655629C5" w14:textId="77777777" w:rsidR="00A239F0" w:rsidRDefault="00000000">
      <w:pPr>
        <w:pStyle w:val="Ttulo1"/>
      </w:pPr>
      <w:r>
        <w:t>VERIFICAÇÃO ANTES DA SUBMISSÃO</w:t>
      </w:r>
    </w:p>
    <w:tbl>
      <w:tblPr>
        <w:tblW w:w="9446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8691"/>
      </w:tblGrid>
      <w:tr w:rsidR="00A239F0" w14:paraId="558B9E30" w14:textId="77777777" w:rsidTr="00E65B31">
        <w:trPr>
          <w:trHeight w:val="513"/>
          <w:tblHeader/>
          <w:jc w:val="center"/>
        </w:trPr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EF3"/>
            <w:vAlign w:val="center"/>
          </w:tcPr>
          <w:p w14:paraId="358D69A5" w14:textId="77777777" w:rsidR="00A239F0" w:rsidRDefault="00000000" w:rsidP="00E65B31">
            <w:pPr>
              <w:ind w:firstLine="0"/>
              <w:jc w:val="center"/>
            </w:pPr>
            <w:r>
              <w:t>✓</w:t>
            </w:r>
          </w:p>
        </w:tc>
        <w:tc>
          <w:tcPr>
            <w:tcW w:w="86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EF3"/>
          </w:tcPr>
          <w:p w14:paraId="0D1ABB2E" w14:textId="77777777" w:rsidR="00A239F0" w:rsidRDefault="00000000">
            <w:r>
              <w:t>Critério</w:t>
            </w:r>
          </w:p>
        </w:tc>
      </w:tr>
      <w:tr w:rsidR="00A239F0" w14:paraId="24988DCA" w14:textId="77777777" w:rsidTr="00E65B31">
        <w:trPr>
          <w:trHeight w:val="418"/>
          <w:jc w:val="center"/>
        </w:trPr>
        <w:tc>
          <w:tcPr>
            <w:tcW w:w="7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408667" w14:textId="77777777" w:rsidR="00A239F0" w:rsidRDefault="00000000" w:rsidP="00E65B31">
            <w:pPr>
              <w:spacing w:before="40" w:after="40" w:line="240" w:lineRule="auto"/>
              <w:ind w:firstLine="0"/>
              <w:jc w:val="center"/>
            </w:pPr>
            <w:r>
              <w:t>☐</w:t>
            </w:r>
          </w:p>
        </w:tc>
        <w:tc>
          <w:tcPr>
            <w:tcW w:w="8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711E00" w14:textId="77777777" w:rsidR="00A239F0" w:rsidRDefault="00000000">
            <w:pPr>
              <w:spacing w:before="40" w:after="40" w:line="240" w:lineRule="auto"/>
              <w:ind w:firstLine="0"/>
            </w:pPr>
            <w:r>
              <w:t>O resumo tem, no máximo, 500 palavras, excluindo as referências.</w:t>
            </w:r>
          </w:p>
        </w:tc>
      </w:tr>
      <w:tr w:rsidR="00A239F0" w14:paraId="7A1CAB59" w14:textId="77777777" w:rsidTr="00E65B31">
        <w:trPr>
          <w:trHeight w:val="418"/>
          <w:jc w:val="center"/>
        </w:trPr>
        <w:tc>
          <w:tcPr>
            <w:tcW w:w="7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84432C" w14:textId="77777777" w:rsidR="00A239F0" w:rsidRDefault="00000000" w:rsidP="00E65B31">
            <w:pPr>
              <w:spacing w:before="40" w:after="40" w:line="240" w:lineRule="auto"/>
              <w:ind w:firstLine="0"/>
              <w:jc w:val="center"/>
            </w:pPr>
            <w:r>
              <w:t>☐</w:t>
            </w:r>
          </w:p>
        </w:tc>
        <w:tc>
          <w:tcPr>
            <w:tcW w:w="8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1198B8" w14:textId="77777777" w:rsidR="00A239F0" w:rsidRDefault="00000000">
            <w:pPr>
              <w:spacing w:before="40" w:after="40" w:line="240" w:lineRule="auto"/>
              <w:ind w:firstLine="0"/>
            </w:pPr>
            <w:r>
              <w:t>A estrutura obrigatória foi integralmente respeitada.</w:t>
            </w:r>
          </w:p>
        </w:tc>
      </w:tr>
      <w:tr w:rsidR="00A239F0" w14:paraId="2F2CECF0" w14:textId="77777777" w:rsidTr="00E65B31">
        <w:trPr>
          <w:trHeight w:val="418"/>
          <w:jc w:val="center"/>
        </w:trPr>
        <w:tc>
          <w:tcPr>
            <w:tcW w:w="7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E673BD" w14:textId="77777777" w:rsidR="00A239F0" w:rsidRDefault="00000000" w:rsidP="00E65B31">
            <w:pPr>
              <w:spacing w:before="40" w:after="40" w:line="240" w:lineRule="auto"/>
              <w:ind w:firstLine="0"/>
              <w:jc w:val="center"/>
            </w:pPr>
            <w:r>
              <w:t>☐</w:t>
            </w:r>
          </w:p>
        </w:tc>
        <w:tc>
          <w:tcPr>
            <w:tcW w:w="8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F2DD9E" w14:textId="77777777" w:rsidR="00A239F0" w:rsidRDefault="00000000">
            <w:pPr>
              <w:spacing w:before="40" w:after="40" w:line="240" w:lineRule="auto"/>
              <w:ind w:firstLine="0"/>
            </w:pPr>
            <w:r>
              <w:t>Foram removidas todas as instruções a azul e todos os campos de exemplo.</w:t>
            </w:r>
          </w:p>
        </w:tc>
      </w:tr>
      <w:tr w:rsidR="00A239F0" w14:paraId="0EBCC63C" w14:textId="77777777" w:rsidTr="00E65B31">
        <w:trPr>
          <w:trHeight w:val="418"/>
          <w:jc w:val="center"/>
        </w:trPr>
        <w:tc>
          <w:tcPr>
            <w:tcW w:w="7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8A7473" w14:textId="77777777" w:rsidR="00A239F0" w:rsidRDefault="00000000" w:rsidP="00E65B31">
            <w:pPr>
              <w:spacing w:before="40" w:after="40" w:line="240" w:lineRule="auto"/>
              <w:ind w:firstLine="0"/>
              <w:jc w:val="center"/>
            </w:pPr>
            <w:r>
              <w:t>☐</w:t>
            </w:r>
          </w:p>
        </w:tc>
        <w:tc>
          <w:tcPr>
            <w:tcW w:w="8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A241A1" w14:textId="77777777" w:rsidR="00A239F0" w:rsidRDefault="00000000">
            <w:pPr>
              <w:spacing w:before="40" w:after="40" w:line="240" w:lineRule="auto"/>
              <w:ind w:firstLine="0"/>
            </w:pPr>
            <w:r>
              <w:t>O texto cumpre a formatação indicada e as referências seguem a APA 7.ª edição.</w:t>
            </w:r>
          </w:p>
        </w:tc>
      </w:tr>
      <w:tr w:rsidR="00A239F0" w14:paraId="1F345911" w14:textId="77777777" w:rsidTr="00E65B31">
        <w:trPr>
          <w:trHeight w:val="418"/>
          <w:jc w:val="center"/>
        </w:trPr>
        <w:tc>
          <w:tcPr>
            <w:tcW w:w="7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0DB24D" w14:textId="77777777" w:rsidR="00A239F0" w:rsidRDefault="00000000" w:rsidP="00E65B31">
            <w:pPr>
              <w:spacing w:before="40" w:after="40" w:line="240" w:lineRule="auto"/>
              <w:ind w:firstLine="0"/>
              <w:jc w:val="center"/>
            </w:pPr>
            <w:r>
              <w:t>☐</w:t>
            </w:r>
          </w:p>
        </w:tc>
        <w:tc>
          <w:tcPr>
            <w:tcW w:w="8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7E3140" w14:textId="77777777" w:rsidR="00A239F0" w:rsidRDefault="00000000">
            <w:pPr>
              <w:spacing w:before="40" w:after="40" w:line="240" w:lineRule="auto"/>
              <w:ind w:firstLine="0"/>
            </w:pPr>
            <w:r>
              <w:t>Os nomes, afiliações, e-mail do autor correspondente e ORCID foram verificados.</w:t>
            </w:r>
          </w:p>
        </w:tc>
      </w:tr>
    </w:tbl>
    <w:p w14:paraId="36499B79" w14:textId="77777777" w:rsidR="0092187B" w:rsidRDefault="0092187B"/>
    <w:sectPr w:rsidR="0092187B" w:rsidSect="00034616">
      <w:headerReference w:type="default" r:id="rId8"/>
      <w:footerReference w:type="default" r:id="rId9"/>
      <w:pgSz w:w="11906" w:h="16838"/>
      <w:pgMar w:top="1701" w:right="1134" w:bottom="1134" w:left="1701" w:header="39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A16E" w14:textId="77777777" w:rsidR="0092187B" w:rsidRDefault="0092187B">
      <w:pPr>
        <w:spacing w:line="240" w:lineRule="auto"/>
      </w:pPr>
      <w:r>
        <w:separator/>
      </w:r>
    </w:p>
  </w:endnote>
  <w:endnote w:type="continuationSeparator" w:id="0">
    <w:p w14:paraId="7FA7866F" w14:textId="77777777" w:rsidR="0092187B" w:rsidRDefault="00921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8341" w14:textId="77777777" w:rsidR="00A239F0" w:rsidRDefault="00000000">
    <w:pPr>
      <w:pStyle w:val="Rodap"/>
      <w:jc w:val="right"/>
    </w:pPr>
    <w:r>
      <w:rPr>
        <w:color w:val="595959"/>
        <w:sz w:val="18"/>
      </w:rPr>
      <w:t xml:space="preserve">Template para </w:t>
    </w:r>
    <w:proofErr w:type="spellStart"/>
    <w:r>
      <w:rPr>
        <w:color w:val="595959"/>
        <w:sz w:val="18"/>
      </w:rPr>
      <w:t>submissão</w:t>
    </w:r>
    <w:proofErr w:type="spellEnd"/>
    <w:r>
      <w:rPr>
        <w:color w:val="595959"/>
        <w:sz w:val="18"/>
      </w:rPr>
      <w:t xml:space="preserve"> de </w:t>
    </w:r>
    <w:proofErr w:type="spellStart"/>
    <w:proofErr w:type="gramStart"/>
    <w:r>
      <w:rPr>
        <w:color w:val="595959"/>
        <w:sz w:val="18"/>
      </w:rPr>
      <w:t>resumos</w:t>
    </w:r>
    <w:proofErr w:type="spellEnd"/>
    <w:r>
      <w:rPr>
        <w:color w:val="595959"/>
        <w:sz w:val="18"/>
      </w:rPr>
      <w:t xml:space="preserve">  |</w:t>
    </w:r>
    <w:proofErr w:type="gramEnd"/>
    <w:r>
      <w:rPr>
        <w:color w:val="595959"/>
        <w:sz w:val="18"/>
      </w:rPr>
      <w:t xml:space="preserve">  </w:t>
    </w:r>
    <w:r>
      <w:fldChar w:fldCharType="begin"/>
    </w:r>
    <w:r>
      <w:instrText>PAGE</w:instrText>
    </w:r>
    <w:r w:rsidR="00E65B31">
      <w:fldChar w:fldCharType="separate"/>
    </w:r>
    <w:r w:rsidR="00E65B3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6370" w14:textId="77777777" w:rsidR="0092187B" w:rsidRDefault="0092187B">
      <w:pPr>
        <w:spacing w:line="240" w:lineRule="auto"/>
      </w:pPr>
      <w:r>
        <w:separator/>
      </w:r>
    </w:p>
  </w:footnote>
  <w:footnote w:type="continuationSeparator" w:id="0">
    <w:p w14:paraId="6A3DD8A9" w14:textId="77777777" w:rsidR="0092187B" w:rsidRDefault="00921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54343" w14:textId="77777777" w:rsidR="00A239F0" w:rsidRDefault="00000000">
    <w:pPr>
      <w:pStyle w:val="Cabealho"/>
      <w:spacing w:after="40"/>
      <w:jc w:val="center"/>
    </w:pPr>
    <w:r>
      <w:rPr>
        <w:noProof/>
      </w:rPr>
      <w:drawing>
        <wp:inline distT="0" distB="0" distL="0" distR="0" wp14:anchorId="6A42D740" wp14:editId="2148B35B">
          <wp:extent cx="5112000" cy="10369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2000" cy="1036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222F43" w14:textId="77777777" w:rsidR="00A239F0" w:rsidRDefault="00000000">
    <w:pPr>
      <w:jc w:val="center"/>
    </w:pPr>
    <w:r>
      <w:rPr>
        <w:b/>
        <w:color w:val="008CAA"/>
        <w:sz w:val="22"/>
      </w:rPr>
      <w:t>3.ª CONFERÊNCIA SOBRE LONGEVIDADE POSITIVA</w:t>
    </w:r>
  </w:p>
  <w:p w14:paraId="487C19F2" w14:textId="77777777" w:rsidR="00A239F0" w:rsidRDefault="00A239F0">
    <w:pPr>
      <w:pBdr>
        <w:bottom w:val="single" w:sz="12" w:space="1" w:color="2DAEC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1739042">
    <w:abstractNumId w:val="8"/>
  </w:num>
  <w:num w:numId="2" w16cid:durableId="1815217672">
    <w:abstractNumId w:val="6"/>
  </w:num>
  <w:num w:numId="3" w16cid:durableId="1766031092">
    <w:abstractNumId w:val="5"/>
  </w:num>
  <w:num w:numId="4" w16cid:durableId="195126186">
    <w:abstractNumId w:val="4"/>
  </w:num>
  <w:num w:numId="5" w16cid:durableId="1099135026">
    <w:abstractNumId w:val="7"/>
  </w:num>
  <w:num w:numId="6" w16cid:durableId="841356433">
    <w:abstractNumId w:val="3"/>
  </w:num>
  <w:num w:numId="7" w16cid:durableId="556165507">
    <w:abstractNumId w:val="2"/>
  </w:num>
  <w:num w:numId="8" w16cid:durableId="793250018">
    <w:abstractNumId w:val="1"/>
  </w:num>
  <w:num w:numId="9" w16cid:durableId="171461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29D5"/>
    <w:rsid w:val="0092187B"/>
    <w:rsid w:val="00A239F0"/>
    <w:rsid w:val="00AA1D8D"/>
    <w:rsid w:val="00B47730"/>
    <w:rsid w:val="00CB0664"/>
    <w:rsid w:val="00E65B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144A4"/>
  <w14:defaultImageDpi w14:val="300"/>
  <w15:docId w15:val="{7FC15C36-353D-4705-B447-2A95E301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240" w:after="240" w:line="240" w:lineRule="auto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40" w:after="240" w:line="240" w:lineRule="auto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keepNext/>
      <w:pBdr>
        <w:bottom w:val="single" w:sz="8" w:space="4" w:color="4F81BD" w:themeColor="accent1"/>
      </w:pBdr>
      <w:spacing w:before="240" w:after="240" w:line="240" w:lineRule="auto"/>
      <w:ind w:firstLine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ction">
    <w:name w:val="Instruction"/>
    <w:pPr>
      <w:spacing w:after="120" w:line="240" w:lineRule="auto"/>
    </w:pPr>
    <w:rPr>
      <w:rFonts w:ascii="Times New Roman" w:eastAsia="Times New Roman" w:hAnsi="Times New Roman"/>
      <w:i/>
      <w:color w:val="1F4E7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2642</Characters>
  <Application>Microsoft Office Word</Application>
  <DocSecurity>0</DocSecurity>
  <Lines>64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para submissão de resumos — 3.ª Conferência sobre Longevidade Positiva</dc:title>
  <dc:subject>Template académico para submissão de resumos</dc:subject>
  <dc:creator>Instituto Politécnico da Lusofonia / ERISA</dc:creator>
  <cp:keywords>Longevidade Positiva; submissão de resumos; conferência</cp:keywords>
  <dc:description>generated by python-docx</dc:description>
  <cp:lastModifiedBy>Mónica Teixeira</cp:lastModifiedBy>
  <cp:revision>2</cp:revision>
  <dcterms:created xsi:type="dcterms:W3CDTF">2026-07-14T20:56:00Z</dcterms:created>
  <dcterms:modified xsi:type="dcterms:W3CDTF">2026-07-14T20:56:00Z</dcterms:modified>
  <cp:category/>
</cp:coreProperties>
</file>